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 ｜ 2026.10.15 — 10.22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报告周期：2026年10月15日 — 10月22日（滚动一周）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本周主线是「制度补位跑到了市场前面」。三季度失业率5.2%、外出务工1.927亿人只增0.4%，增量基本见顶；与此同时，人社部一周内连发三件事——《新就业形态劳动者权益保障办法（征求意见稿）》深度解读、五部门「央国企内推」骗局风险提示、秋季专场第二批155场招聘活动。监管在给「虚假招聘」和「算法用工」同时划线，行业竞争从「谁流量多」转向「谁合规、谁能交付结果」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统计局10月19日数据：前三季度GDP同比+4.6%，城镇调查失业率均值5.2%与上年持平，9月环比降0.1个百分点至5.2%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三季度末外出务工农村劳动力19270万人，同比仅+0.4%；企业就业人员周均工作时间48.3小时，工时仍在高位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人社部等五部门联合提示「央国企内推」骗局：付费内推、直签保录被定性为诈骗，举报通道含12377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《新就业形态劳动者权益保障办法（征求意见稿）》确立「算法取中」+「责任穿透」+ 三种用工形态分类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职引未来秋季专场第二批155场活动落地，BOSS直聘、同道猎聘、中智、国聘分别承办行业专场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全球HR科技TOP10市值单月缩水331亿美元（-8.0%）至约3783亿美元，一级市场融资却在加速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Workday Rising 2026：收购AI身份治理平台C1.ai，AI代理开始「接手工作」，超5500家客户已用其自研Agent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智联招聘2026财年收入23.71亿元、同比-10%，与BOSS直聘增长、猎聘承压形成三条分化曲线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三季度就业成绩单：5.2%的失业率，与「几乎不再增长」的外出务工大盘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国家统计局10月19日发布前三季度数据：国内生产总值1071071亿元，按不变价格计算同比增长4.6%，分季度看一季度+5.0%、二季度+4.3%、三季度+4.5%，三季度环比+1.2%。全国城镇调查失业率平均值为5.2%，与上年同期持平；9月份为5.2%，比上月下降0.1个百分点。31个大城市城镇调查失业率同为5.2%，环比同样下降0.1个百分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更值得人力资源行业注意的是一组结构数据：三季度末外出务工农村劳动力总量19270万人，同比仅增长0.4%；全国企业就业人员周平均工作时间为48.3小时。这两个数字合起来说明，劳动力「总量红利」已经基本走完，增量只能来自生产率与技能升级，而不是再往外多输送几百万人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入端仍在温和改善：前三季度全国居民人均可支配收入34230元，名义增长5.3%、实际增长4.4%；其中工资性收入名义增长5.3%，与整体同步。这意味着企业的薪酬预算扩张空间有限，「涨薪留人」正在被「结构性调薪＋技能溢价」替代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26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指标</w:t>
            </w:r>
          </w:p>
        </w:tc>
        <w:tc>
          <w:tcPr>
            <w:tcW w:type="dxa" w:w="192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2026年前三季度</w:t>
            </w:r>
          </w:p>
        </w:tc>
        <w:tc>
          <w:tcPr>
            <w:tcW w:type="dxa" w:w="170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变化</w:t>
            </w:r>
          </w:p>
        </w:tc>
        <w:tc>
          <w:tcPr>
            <w:tcW w:type="dxa" w:w="3628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对HR行业的含义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GDP（不变价）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107.11万亿元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同比+4.6%</w:t>
            </w:r>
          </w:p>
        </w:tc>
        <w:tc>
          <w:tcPr>
            <w:tcW w:type="dxa" w:w="36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需求端温和，招聘预算难有超预期扩张</w:t>
            </w:r>
          </w:p>
        </w:tc>
      </w:tr>
      <w:tr>
        <w:tc>
          <w:tcPr>
            <w:tcW w:type="dxa" w:w="226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城镇调查失业率</w:t>
            </w:r>
          </w:p>
        </w:tc>
        <w:tc>
          <w:tcPr>
            <w:tcW w:type="dxa" w:w="19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均值5.2%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与上年同期持平</w:t>
            </w:r>
          </w:p>
        </w:tc>
        <w:tc>
          <w:tcPr>
            <w:tcW w:type="dxa" w:w="36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总量稳定，压力集中在青年与转岗人群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9月失业率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5.2%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环比-0.1pct</w:t>
            </w:r>
          </w:p>
        </w:tc>
        <w:tc>
          <w:tcPr>
            <w:tcW w:type="dxa" w:w="36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季节性改善，但未回到低位</w:t>
            </w:r>
          </w:p>
        </w:tc>
      </w:tr>
      <w:tr>
        <w:tc>
          <w:tcPr>
            <w:tcW w:type="dxa" w:w="226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外出务工农村劳动力</w:t>
            </w:r>
          </w:p>
        </w:tc>
        <w:tc>
          <w:tcPr>
            <w:tcW w:type="dxa" w:w="19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19270万人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同比+0.4%</w:t>
            </w:r>
          </w:p>
        </w:tc>
        <w:tc>
          <w:tcPr>
            <w:tcW w:type="dxa" w:w="36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劳务输出增量见顶，转向技能与出海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周平均工作时间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48.3小时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高位</w:t>
            </w:r>
          </w:p>
        </w:tc>
        <w:tc>
          <w:tcPr>
            <w:tcW w:type="dxa" w:w="3628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「减时」诉求上升，灵活用工治理加压</w:t>
            </w:r>
          </w:p>
        </w:tc>
      </w:tr>
      <w:tr>
        <w:tc>
          <w:tcPr>
            <w:tcW w:type="dxa" w:w="226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人均可支配收入</w:t>
            </w:r>
          </w:p>
        </w:tc>
        <w:tc>
          <w:tcPr>
            <w:tcW w:type="dxa" w:w="19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34230元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名义+5.3%</w:t>
            </w:r>
          </w:p>
        </w:tc>
        <w:tc>
          <w:tcPr>
            <w:tcW w:type="dxa" w:w="3628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薪酬涨幅有限，结构调薪成主流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一周三件事：监管同时给「虚假招聘」和「算法用工」划线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人社部系统的动作密度罕见。10月16日起，多地转发《警惕「央国企内推」等骗局风险提示》；10月19日，《经济日报》整版解读《新就业形态劳动者权益保障办法（征求意见稿）》；10月20日，秋季专场第二批155场就业服务活动公布。三件事分别对应「入口真实性」「过程公平性」「匹配效率」——恰好是招聘服务链条上最容易失守的三个环节。这不是零散的政策吹风，而是一次系统性的制度补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五部门联合提示「央国企内推」骗局：把虚假招聘正式定性为诈骗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力资源社会保障部、中央网信办、教育部、公安部、国务院国资委等发布风险提示，明确不法分子的三步套路：先用「中国××集团急招数万人」「不限专业、基本报名就能进」「年薪××万、有正式编制」等话术引流；再虚构「内部推荐渠道」，暗示掌握「少量内部名额」，谎称「普通网投简历无法通过筛选，只有付费内推才能直通面试官」，甚至伪造劳动合同、就业协议；最后以「内推服务费」「面试打点费」「定金」等名义收费，收款后以「政策变化」「领导调整」拖延，直至失联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方明确了一条红线：正规央国企招聘不收取报名费、手续费、资料费、介绍费、服务费。凡以「付费内推」名义要求缴纳高额费用安排就业或实习的，应果断拒绝。遭遇诈骗第一时间向公安机关报案，同时可向人社部门劳动监察机构举报非法人力资源服务行为，向中央网信办违法和不良信息举报中心（12377）举报网络虚假招聘信息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对平台与人力资源服务机构而言，这条提示的实质是「信息审核义务」被再次前置。岗位真实性核验、账号资质核验、私域引流内容的可追溯性，将从「风控加分项」变成「合规必答题」。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4. 秋季专场第二批155场：招聘服务的「公共基础设施化」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社部「职引未来—2026年全国城市联合招聘高校毕业生秋季专场」推出第二批155场就业服务活动，其中面向人工智能、新能源、装备制造、现代服务、医疗卫生等重点行业的线上线下专场（校园）招聘会105场，跨区域巡回招聘会11场，直播带岗活动29场，政策宣讲和就业指导活动10场。值得注意的是承办方名单：BOSS直聘承办医疗器械、现代服务业专场，同道猎聘承办电子芯片、机械制造、人工智能专场，中智招聘承办建筑工程与华东地区专场，国投人力（国聘）承办数字经济与半导体、先进制造与专精特新、海洋经济、粤港澳大湾区青年人才对接等专场。市场化平台正在被纳入公共就业服务体系，成为「准基础设施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5. 技能人才培养：从「一技之长」到「一专多能」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第48届世界技能大赛在上海落幕后，人社部10月21日刊发《从「一技之长」到「一专多能」》深度报道。本届世赛新增7个赛项，竞赛项目总数首次突破60个；无人机系统项目选手要兼具「工程师＋程序员＋飞手」三重角色。政策侧的「组合拳」也已明确：「十五五」时期力争开展补贴性职业技能培训5000万人次，到2030年技能人才占就业人员比例提高到35%，深入实施「新八级工」职业技能等级制度，并面向全体劳动者开展人工智能通识教育。对培训与人力资源服务商来说，这是一块确定性最高的增量市场，但门槛在于「岗位化」而非「通识化」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本周的宏观数据与监管动作指向同一个结论：靠人頭增量吃饭的时代结束了。失业率稳定在5.2%、外出务工只增0.4%，说明行业的增长必须来自「单位人效提升」和「合规服务溢价」，而不是继续扩大撮合规模。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智联招聘：23.71亿元收入、同比-10%，一份「换季」的财报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HRTechChina本周披露的智联招聘2026财年数据显示，其全年收入约23.71亿元，同比下降10%。同一时间轴上，BOSS直聘仍保持增长，同道猎聘处于收入承压状态——三家头部平台正在走出明显不同的曲线。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报告的核心判断值得引用：中国招聘市场的问题已不只是宏观需求疲弱，而是用户习惯、平台模式、企业付费逻辑和AI技术共同推动的一轮「重新分层」。对智联而言，压力不在品牌，而在于以「职位广告＋简历库」为核心的商业模式，正在被「直聊＋算法匹配」和「AI代理执行」两端同时挤压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个容易被忽略的细节是：智联的收入下滑发生在整体招聘需求并未崩塌的背景下（三季度失业率稳定、秋季专场密集）。这说明份额在转移，而不是市场在萎缩。对HR采购方的直接含义是：单一平台的「覆盖优势」正在贬值，「候选人响应率」与「到岗转化率」才是新的比价基准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BOSS直聘：接住公共就业的「行业专场」，把增长建立在供给侧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BOSS直聘最实质的动作不是投放，而是承接。在人社部秋季专场第二批155场活动中，BOSS直聘承办「医疗器械行业专场」与「现代服务业专场」，时间窗口为10月19日至11月8日。这类合作的战略价值在于：以极低成本获取高质量、强意愿的应届生与行业候选人供给，同时把平台品牌嵌入公共就业服务链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资本市场的定价也在印证这一逻辑。按HRTechChina 2026年10月全球人力资源上市公司市值榜单，BOSS直聘处在80亿至110亿美元区间，与Paycom、Randstad、Paylocity同组；而在全球TOP10合计市值单月缩水331亿美元（-8.0%）至约3783亿美元的背景下，能保持收入增长的公司获得了明显的「相对溢价」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风险面在于：直聊模式的护城河正在被AI稀释。当「即时沟通」成为所有平台的标配，差异化的关键转向「谁能替企业把候选人真正推进到offer」——这也正是Workday、Amazon等厂商本周在讲的故事。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同道猎聘：一次拿下三个人工智能相关专场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次秋季专场中，同道猎聘承办电子芯片、机械制造、人工智能三个行业专场（10月19日—11月8日）。中高端与硬科技赛道是其传统优势区间，而AI相关岗位正是当前「需求旺、匹配难、客单价高」的交集。猎聘AI产品的商业化也在同步推进——据HRTechChina援引数据，猎聘AI产品综合现金回款实现接近100%的增长。这提示一个行业性变化：AI不再是「功能清单」，而是「回款科目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AI重塑招聘入口：从「筛简历」到「替你做决定」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本周几个信号拼在一起，能看出招聘入口正在被重写。Amazon发布AI招聘系统Amazon Connect Talent，把招聘推进到「智能体执行」阶段；Google DeepMind则被曝出候选人绕过自家招聘系统的「翻车」事件；Workday在Rising 2026上把Sana变成新的工作入口，让AI代理主动参与招聘、薪资和员工服务。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内已经出现可验证的商业化样本：云学堂AI相关产品月度经常性收入（MRR）达到440万元，较上年同期显著增长；猎聘AI产品综合现金回款接近100%增长；北森通过Mavens及AI HR专家，从传统HR SaaS向智能化业务服务延伸。行业正在从「发布AI功能」走向「形成AI收入与交付结果」。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但「假候选人」问题正在成为新的入口风险。全球范围内AI生成的虚假简历与数字身份造假逼近招聘前端，海外企业开始把数字身份验证前移。这与国内本周的「付费内推」骗局提示，本质是同一个问题的两面：招聘链条的身份与信息真实性，正在成为刚性成本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在线招聘的分化不再是「大小之争」，而是「模式之争」：广告＋简历库在下行，直聊＋算法匹配在守成，AI代理执行在抢跑。谁能把「匹配」推进到「交付」，谁就能重新定价。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商务部口径：1—8月外派劳务31.5万人，增量集中在承包工程项下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按商务部对外投资和经济合作司《2026年1—8月我国对外劳务合作业务简明统计》，同期外派劳务约31.5万人，月末在外劳务人员约68.1万人，增量主要来自对外承包工程项下带动的工程技术与蓝领工种，而非传统的制造业流水线输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构变化比总量更重要：一是目的地从日韩、新加坡向中东、东南亚、非洲扩散；二是工种从「普工」向「电工、焊工、设备安装、运维」等技术工种迁移；三是合作模式从「纯劳务派遣」向「工程分包＋属地化招聘」演进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三点合起来，意味着劳务输出机构的核心能力从「招人＋送人」变成「合规＋属地管理」。签证配额、劳工法合规、跨文化管理，正在取代「渠道关系」成为竞争壁垒。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驻以色列使馆10月18日提醒：切勿通过非法渠道入境务工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中国驻以色列使馆10月18日发布提醒：近日有中国公民持伪造证件试图从以色列—约旦边境口岸入境时被查获；另有中国公民企图从约旦偷渡入境以色列时被约旦执法部门抓获，其在以色列境内的接应者被拘留、工作签证被吊销，当事人已被遣返回国。使馆明确提醒中国公民切勿通过旅游或所谓「特殊渠道」非法入境务工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条提醒与「央国企内推」骗局提示形成呼应：一头是境内虚假招聘，一头是境外非法输出，受害人群高度重叠——都是信息弱势、急于就业的普通劳动者。对劳务输出机构而言，「合法资质＋正规签证路径」不再是宣传话术，而是法律责任的边界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制度侧：出境入境中介服务进入「备案制」时代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依据《国务院关于出境入境管理的规定》（国务院令第841号）以及国家移民管理局、国家市场监督管理总局关于《从事出境入境中介服务的机构和人员备案管理办法》的公告（2026年第6号），河南安阳、湖南邵阳等多地公安出入境管理部门自10月中旬起集中开展中介机构与从业人员备案工作。这意味着跨境就业服务的「灰色中介」生存空间被系统性压缩：没有备案的机构，既拿不到合规客源，也无法进入正规项目供应链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出海用工进入「建组织」阶段：属地化率成为硬指标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多个出海案例指向同一个方向：企业不再满足于「派几个人过去」，而是要「在当地建一支队伍」。上海黄浦在中国香港设立沪港「人才+出海」双站，把人才服务与出海服务做成一个入口；中东基建需求外溢带动一批中国公司斩获订单，同时也把「跨文化管理」的短板暴露出来——签证、配额、政策合规只是入场券，真正决定项目能否活下去的是属地化管理能力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人力资源服务商的启示是清晰的：出海业务的价值锚点，已从「人头佣金」转向「属地雇佣合规＋薪酬发放＋风险管理」的一体化交付。谁能把多国劳动法、税务、社保、签证做成标准化产品，谁就能吃到这一轮结构性红利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出国劳务正在经历一次「合规洗牌」：需求端从普工转向技术工种与工程带工，供给端从灰色中介转向备案机构，交付端从「送出去」转向「管得住」。短期看是成本上升，长期看是行业集中度提升。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征求意见稿深度解读：三种形态、算法取中、责任穿透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《经济日报》10月19日刊发的解读文章，把《新就业形态劳动者权益保障办法（征求意见稿）》的制度设计讲得相当清楚。核心是把新就业形态拆成三种法律形态：其一，平台或合作企业对劳动者形成支配性劳动管理的，按劳动关系签订劳动合同；其二，有劳动管理但不符合确立劳动关系情形的，签订书面用工协议，多方共同参与管理的订立三方协议；其三，个人依托平台自主开展经营活动、从事自由职业的，不适用本办法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算法治理是另一条主线。征求意见稿提出「算法取中」原则，明确用人单位的解释义务、自动化决策中的人工干预义务，并赋予工会监督和政府有关部门进行算法合理性审查的权力。中国劳动和社会保障科学研究院研究员黄昆的判断值得记录：这体现了监管有限性原则——把算法监管限定在劳动规则之内，仅涉及报酬权、隐私权、救济申诉权等基本权利事项，既避免监管无限扩大妨碍技术创新，也抑制企业在劳动规则算法制定中的单边与任意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具穿透力的一条是「责任穿透」：征求意见稿明确平台企业对合作企业的选任和监督义务，合作企业不具备合法经营资质的，平台企业承担用工主体责任，并禁止诱导劳动者注册个体工商户、通过多层转包等方式规避用工责任。这一条直接终结了过去几年灵活用工行业最常见的「结构套利」玩法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对灵活用工平台而言，商业模式的「合规成本」将显著上升：资质审核、协议体系、算法留痕、申诉通道，四项都要真金白银投入。行业出清会加速。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平台侧的落地进展：从「红灯停表」到「等灯不计时」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制度落地需要企业侧配合，本周《人民日报》10月14日的报道给出了具体清单。美团每月稳定规范为超过百万名骑手准时足额提供劳动报酬，在骑手APP展示收入总额及配送费、补贴、奖励、客户打赏等明细，订单计价综合考虑配送距离、交付时长、商品重量、上下楼梯和特殊天气；今年4月推出防疲劳机制，建立4小时提醒、8小时弹窗、12小时强制下线防护体系；并在苏州、北京、无锡等地测试「红灯停表」，接入交管实时信号灯数据识别等灯时间并顺延最晚送达时间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淘宝闪购自今年7月起在部分城市上线「等灯不计时」机制，骑手等红灯时间不再计入考核，系统自动延长配送时限，目前已覆盖北京、福州、南京、杭州等10多个城市；同时建立覆盖全国的骑手协商代表体系，定期召开区域与全网协商恳谈会。滴滴落实职业伤害保障扩围要求，并设立公益救助项目；京东则与广东、四川等地有关部门联合发起现代骑手学院、家政学院，探索技能转岗路径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职业伤害保障：累计参保3727万人，「十五五」三大举措升级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《中国劳动保障报》10月19日报道，新就业形态人员职业伤害保障累计参保已达3727万人，「十五五」期间将围绕扩围、提标、优服务三个方向推出举措。职业伤害保障从「试点」走向「制度」，是灵活用工领域过去五年最重要的基础设施变化——它第一次为「非劳动关系」的劳动者提供了工伤类风险的兜底方案，也让平台企业在「不建劳动关系」的前提下有了合规用工的可行路径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反面提醒：灵活就业社保「挂靠代缴」被明确为违法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《南方都市报》10月16日报道，有公司声称灵活就业人员可通过挂靠外省单位缴纳职工社保，相较本地缴纳每年节省7000多元。这类操作在法律上属于虚构劳动关系参保，一旦被查实，缴费记录可能被撤销，个人还将面临行政处罚风险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这与前述「禁止诱导劳动者注册个体工商户」是同一条监管逻辑：所有以「改变身份」来降低用工成本的方案，窗口都在关闭。企业需要提前评估现有灵活用工结构的合规性，尤其是「个体户承包」「多层转包」「异地挂靠」三类高频风险点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灵活用工的制度框架已经基本成型：形态三分、算法取中、责任穿透、职业伤害兜底。接下来的竞争不是「谁更灵活」，而是「谁在合规前提下还能保持交付效率」。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二级市场：全球HR科技TOP10单月缩水331亿美元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HRTechChina《2026年10月全球行业观察》显示，截至10月2日收盘，全球HR上市公司市值TOP10合计约3783亿美元，较上期减少331亿美元，降幅8.0%；中国HR上市公司TOP10合计约721.97亿元人民币，同样处于回调通道。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但这轮回调的性质需要辨析。过去两年，全球HR科技企业围绕Copilot、AI Assistant、Agent和数字员工展开密集产品创新；进入2026年下半年，一个明显变化是——「是否拥有AI功能」已不足以构成持续竞争优势。资本市场开始关注AI能否带来真实收入、提升生产率、改善利润率，以及客户是否愿意持续付费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化的证据也在同一份数据里：Recruit Holdings在8月31日收于18215日元，创上市以来历史新高，市值约1612亿美元，稳居全球第一；ADP以1126亿美元位列第二；Workday与Paychex分别为478亿与447亿美元。8月TOP10合计市值从约3424亿美元升至4113.8亿美元，单月增加约690亿美元。也就是说，市场并非整体看空，而是在剧烈地「重新分配」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公司</w:t>
            </w:r>
          </w:p>
        </w:tc>
        <w:tc>
          <w:tcPr>
            <w:tcW w:type="dxa" w:w="170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市值（美元）</w:t>
            </w:r>
          </w:p>
        </w:tc>
        <w:tc>
          <w:tcPr>
            <w:tcW w:type="dxa" w:w="3061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市场给出的判断</w:t>
            </w:r>
          </w:p>
        </w:tc>
        <w:tc>
          <w:tcPr>
            <w:tcW w:type="dxa" w:w="3402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关键动作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Recruit Holdings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约1612亿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AI招聘已转化为利润率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Indeed美国收入逆势+30%，利润率升至47.4%</w:t>
            </w:r>
          </w:p>
        </w:tc>
      </w:tr>
      <w:tr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ADP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约1126亿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Payroll护城河稳固</w:t>
            </w:r>
          </w:p>
        </w:tc>
        <w:tc>
          <w:tcPr>
            <w:tcW w:type="dxa" w:w="3402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WorkForce Suite全球统一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Workday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约478亿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从记录系统转向执行系统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收购C1.ai、Sana成为工作入口</w:t>
            </w:r>
          </w:p>
        </w:tc>
      </w:tr>
      <w:tr>
        <w:tc>
          <w:tcPr>
            <w:tcW w:type="dxa" w:w="204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Paychex</w:t>
            </w:r>
          </w:p>
        </w:tc>
        <w:tc>
          <w:tcPr>
            <w:tcW w:type="dxa" w:w="170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约447亿</w:t>
            </w:r>
          </w:p>
        </w:tc>
        <w:tc>
          <w:tcPr>
            <w:tcW w:type="dxa" w:w="3061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中小企业薪酬基本盘</w:t>
            </w:r>
          </w:p>
        </w:tc>
        <w:tc>
          <w:tcPr>
            <w:tcW w:type="dxa" w:w="3402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稳健经营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BOSS直聘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80—110亿区间</w:t>
            </w:r>
          </w:p>
        </w:tc>
        <w:tc>
          <w:tcPr>
            <w:tcW w:type="dxa" w:w="3061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增长确定性获相对溢价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承接公共就业行业专场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并购主线：Workday买「AI的身份」，Deel买「人的身份」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10月13日，Workday在拉斯维加斯Rising 2026大会上宣布已签署最终协议，计划收购人工智能身份与访问权限治理公司C1.ai，把企业员工与AI Agent的身份管理、系统访问授权、权限审计整合进Workday平台。同一场大会上，Workday把Sana变成新的工作入口，让AI代理主动参与招聘、薪资和员工服务，并发布Work Intelligence重新拆解岗位与技能；已有超过5500家客户使用其自研AI代理。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另一边，全球HR与薪酬平台Deel宣布收购AI网络安全公司Clarity——这是Deel完成的第15笔收购；同期Deel宣布2026年上半年年度经常性收入（ARR）突破15亿美元。Clarity专注身份验证、深度伪造检测和欺诈预防，其技术将被整合进Deel的全球招聘、入职、合规流程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笔收购指向同一个战略判断：当AI Agent开始「成为员工」，HR系统必须同时管理「人的身份」和「Agent的身份」。这不是功能升级，而是系统定位的迁移——从「管理流程」走向「完成工作」，从「记录系统」走向「执行系统」。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一级市场：9月全球14起融资，钱流向「垂直＋AI原生」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2026年9月，全球HR科技行业共记录14起融资事件，已披露融资总额超过数亿美元，员工健康福利、核心HR平台、AI数字员工是主要方向。本周新增案例延续了「小额、垂直、AI原生」的特征：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美国AI驱动家庭照护平台Rosie在两轮超额认购融资中筹得700万美元，由Bling Capital与Reach Capital领投，其AI「家庭管家」学习家庭偏好并匹配经过审核的看护与家政人员；英国监管科技平台CoComply完成190万英镑融资，由NPIF–Mercia Equity Finance领投，用于外部劳动力合规平台——直接对标「隐性劳动力合规风险」；美国代理式学习平台LearnUpon与Claret Capital Partners达成5000万美元增长融资；一线应急人员绩效辅导平台Sharp Performance完成1800万美元A轮，由Hidden Variable领投，Andreessen Horowitz、Commonweal Ventures、Wolfson Group、FJ Labs及福特基金会跟投。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欧洲与亚洲同样活跃：维也纳建筑与房地产AI原生后台自动化平台reebuild完成300万欧元种子轮，由Fortino Ventures领投；美国AI驱动财务运营平台Peppermint获470万美元种子轮；印度教育科技平台byteXL获900万美元融资，嵌入高校体系打通工程人才就业通道；慕尼黑人力资源初创公司Ahron获220万欧元，推动基于AI的HR流程自动化；AI招聘平台Metaview完成6000万美元C轮，主打「代理式招聘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国内政策资本：湖北「三年行动方案」，2028年冲1200亿元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地方层面的产业政策在加码。湖北出台加快推进人力资源服务业扩能提质的三年行动方案，提出到2028年行业营收冲刺1200亿元，并配套「垫资能贷款」等金融支持工具；重庆印发《推动人工智能赋能人力资源服务业高质量发展若干措施》，围绕夯实智能应用底座、建强发展平台、壮大企业集群、培优行业生态、强化要素保障提出19条具体举措。地方政府的角色正从「给补贴」转向「给场景、给金融工具、给AI基础设施」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资本没有离场，只是在重新定价。二级市场惩罚「有AI功能」的公司，奖励「AI已进入利润率」的公司；一级市场则把钱押在「垂直场景＋AI原生＋合规刚需」三者的交集上。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事件一：当「招聘信息」被纳入监管，人力资源服务业的价值锚点正在位移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把本周的三件事放在一起看，会发现它们并非孤立：五部门提示「央国企内推」骗局（10月16日起）、出境入境中介备案制落地（10月中旬）、新就业形态保障办法征求意见稿解读（10月19日）。三者共同构成了一条完整的监管链——境内招聘信息真实性、跨境就业渠道合法性、用工过程规则公平性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这条监管链的实质，是把人力资源服务业的「信息中介」属性压缩，把「合规交付」属性放大。过去二十年，行业的核心能力是「掌握信息差」：谁有更多简历、谁有更多岗位、谁有更深的渠道关系，谁就能收费。而当招聘信息必须可核验、跨境渠道必须备案、算法规则必须可解释时，信息差本身不再是可售商品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的价值锚点有三层。第一层是「核验能力」：岗位真实性核验、企业资质核验、候选人身份核验，会成为平台与机构的标配成本项，也会成为差异化卖点。第二层是「交付能力」：企业不再为「曝光」付费，而为「到岗」付费——这正是BOSS直聘直聊模式、猎聘AI回款增长、Workday代理执行背后的同一个逻辑。第三层是「责任承接能力」：征求意见稿要求平台对合作企业的资质与行为承担选任监督义务，谁能把多层分包管成一条可追溯的链条，谁就拿到了承接大客户项目的资格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对企业的实务建议是三条。其一，立即排查招聘渠道：凡是要求「付费内推」「付费保录」的第三方，无论包装成「职业规划」还是「就业指导」，都应一刀切停止合作，并要求供应商出具岗位授权证明。其二，重做灵活用工结构图：把「平台—合作企业—个体户/众包—劳动者」的每一层法律关系画出来，重点检查是否存在诱导注册个体户、多层转包、异地社保挂靠。其三，把「算法」纳入合规台账：派单规则、考核规则、处罚规则是否有书面依据、是否可解释、是否有申诉通道，这三项将成为劳动监察与集体协商的共同焦点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事件二：智联的-10%与统计局5.2%的失业率，是同一份现实的两面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一边是宏观企稳：三季度失业率5.2%、环比改善、GDP增长4.6%。另一边是头部平台收入下滑：智联招聘2026财年收入23.71亿元、同比-10%。这两个事实并不矛盾，它们共同描述的是「存量市场的份额再分配」。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拆解来看，智联的压力来自三个方向的叠加。需求侧，企业招聘预算从「广撒网」转向「精准投放」，单一平台的覆盖价值下降；供给侧，候选人的求职入口从「搜索职位」转向「被算法推荐」和「被Agent联系」，简历库的议价能力削弱；技术侧，AI让「匹配」这件事的边际成本快速下降，平台之间难以靠技术形成长期壁垒，竞争回到「谁离成交更近」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BOSS直聘本周承接人社部两个行业专场、并在此前保持收入增长，说明「离成交更近」的模式在当前阶段更受市场认可。但这条护城河也在被侵蚀：当所有平台都有AI助手，「直聊」的差异化会退化为「响应速度」的比拼，而响应速度最终由供给密度决定——这正是公共就业服务合作的价值所在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更长期的判断是：中国招聘市场正在从「三足鼎立」走向「分层共存」。高端与硬科技赛道归猎聘与垂直平台，蓝领与基层归BOSS直聘、鱼泡等直聊与垂直平台，公共就业服务归国聘、中智等国资体系，而「职位广告＋简历库」这一层，会被持续压缩。对HR采购方的建议是：把预算从「平台会员费」向「效果付费＋AI工具」迁移，同时保留至少一个公共就业服务渠道作为低成本供给补充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事件三：算法协商的制度化，可能比任何一条补贴政策都重要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征求意见稿赋予工会算法监督权、赋予政府部门算法合理性审查权，并要求企业履行解释义务与人工干预义务。这三项权力看起来技术性很强，实际影响却极为深远：它把「派单规则」这种过去完全由企业单方决定的事项，变成了需要协商、需要举证、需要留痕的准公共事项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平台侧的先行实践已经给出了可复制的模板。美团在多地测试「红灯停表」，通过接入交管实时信号灯数据，结合骑手位置、行驶方向与配送轨迹识别实际等灯时间，相应顺延订单最晚送达时间，并上线骑手AI安全助手「团宝」，在等灯提示、事故风险预警、逆行识别等场景提供提醒。淘宝闪购上线「等灯不计时」，并建立覆盖全国的骑手协商代表体系，定期召开区域与全网协商恳谈会。广东此前举行的骑手劳动规则和算法协商征求意见会，据《广州日报》报道已累计举办50余场恳谈会、收集近1万条诉求、形成120条议题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套「协商—留痕—迭代」的机制一旦固化，会带来两个后果。第一，算法从「黑箱」变成「可审计对象」，平台需要建立完整的规则版本管理与影响评估流程，这在事实上提高了中小平台的合规门槛，利好头部。第二，劳动者诉求有了制度化出口，「集体协商」将取代「个体申诉」成为主要的风险化解方式——这对平台的劳资关系管理能力提出了全新要求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需要提醒的是，制度落地仍有三个待解问题：算法规制的边界如何与技术运行逻辑兼容；多层分包的用工链条如何压实每一环责任；灵活就业模式下社保制度如何进一步适配群体特征。这三个问题的答案，将决定未来三到五年灵活用工行业的成本结构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最值得记录的，不是任何一家公司的财报，而是「规则开始具备可执行性」：虚假招聘有了明确的举报与定性路径，跨境中介有了备案门槛，算法有了协商与审查程序。制度一旦可执行，行业的成本结构和竞争格局就会被重写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趋势一：合规能力正在成为人力资源服务业的核心产品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「央国企内推」骗局提示，到出境入境中介备案制，再到新就业形态保障办法的责任穿透条款，监管正在把「合规」从成本项变成准入项。这意味着行业会出现一次明显的分化：具备资质、系统与法务能力的中大型机构，将拿到更多企业客户与公共项目；依赖信息差与结构套利的中小机构，将被迫退出或转型为纯粹的交付执行方。对投资机构而言，「合规科技（RegTech）」在人力资源赛道的权重会持续上升——本周英国CoComply的融资就是一个明确信号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趋势二：招聘市场的「K型分化」已经定型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统计局数据显示外出务工总量几乎不再增长（+0.4%），而AI、新能源、高端制造相关岗位持续扩张。需求端的K型分化会传导到平台端：智联-10%、BOSS直聘增长、猎聘承压，三条曲线背后是三种模式在不同赛道上的适配度差异。未来12个月，判断一家招聘平台的关键指标不再是MAU，而是「付费企业续费率」与「单岗位到岗成本」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趋势三：出海用工从「派人」升级为「建组织」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商务部数据显示外派劳务增量集中在承包工程项下，工种向技术化迁移；企业侧则普遍进入属地化建队阶段。这两个变化共同指向一个高价值服务市场：多国雇佣合规、跨境薪酬发放、签证与配额管理、跨文化培训。目前这一市场仍高度分散，缺乏标准化产品，是未来两年最值得关注的创业与投资方向之一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趋势四：AI在HR领域的竞争，从「功能」转向「财务结果」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全球TOP10市值单月缩水331亿美元，但Recruit创历史新高、Workday连续并购、一级市场融资加速。市场给出的信号非常明确：不为「有AI」付费，只为「AI带来的收入与利润率」付费。国内已出现可验证样本——云学堂AI MRR 440万元、猎聘AI回款近100%增长。接下来的分水岭是：AI产品能否独立报价、能否被客户续费、能否降低交付人力成本。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风险提示一：AI招聘的算法歧视与数据合规风险正在司法化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Workday AI招聘歧视案已经释放出重要信号：供应商责任正在被重新定义。国内《个人信息保护法》与《就业促进法》框架下，简历数据的收集范围、算法决策的可解释性、训练数据中的偏见，都可能成为劳动争议与行政投诉的触发点。建议企业在采购AI招聘工具时，要求供应商提供算法说明、数据来源合规证明与人工复核机制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风险提示二：灵活用工的「结构套利」窗口正在关闭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征求意见稿明确禁止诱导劳动者注册个体工商户、禁止通过多层转包规避用工责任，并要求平台对合作企业资质承担选任监督义务。叠加灵活就业社保「挂靠代缴」被明确为违法，过去依赖「改变用工身份」降本的方案基本失效。企业应尽快完成存量结构排查，尤其是「个体户承包」「异地参保」「多层分包」三类高频风险点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风险提示三：跨境劳务的诈骗与安全风险双向上升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境内有「付费内推」「直签保录」骗局，境外有非法入境务工被查获、签证吊销遣返的案例（驻以色列使馆10月18日提醒）。对劳务输出机构而言，合规资质与签证路径的合法性是底线；对求职者而言，任何要求提前付费、承诺「包过包录」的中介都应直接排除。企业外派项目还需同步评估目的国安全形势与人员撤离预案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风险提示四：宏观需求不足仍是最大变量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统计局在数据发布中明确提示「国内需求不足问题仍较突出，经济稳中向好基础尚需巩固」。对人力资源行业而言，这意味着企业招聘预算的恢复会是缓慢的、结构性的。任何基于「需求快速反弹」假设的扩张计划，都需要重新做压力测试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把本周的所有信号压缩成一句话：行业正在从「流量与信息差驱动」切换到「合规与交付驱动」。这个切换期会淘汰一批机构，也会给具备系统能力的企业一次重新排位的机会。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监管在给招聘划线，资本在给AI验货，需求在向技能集中——2026年第四季度的人力资源行业，拼的不再是谁跑得快，而是谁站得稳。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生成时间：2026-10-22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